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840784" cy="685800"/>
            <wp:docPr id="1" name="Picture 1" descr="Prairie Passage Travel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avel-services-publish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40784" cy="685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Client travel brief</w:t>
      </w:r>
    </w:p>
    <w:p>
      <w:r>
        <w:rPr>
          <w:b/>
          <w:color w:val="184848"/>
        </w:rPr>
        <w:t>Prairie Passage Travel</w:t>
      </w:r>
    </w:p>
    <w:p>
      <w:r>
        <w:rPr>
          <w:color w:val="4C5966"/>
          <w:sz w:val="18"/>
        </w:rPr>
        <w:t>Complete the response areas in Word, or print and write in the spaces provided.</w:t>
      </w:r>
    </w:p>
    <w:p>
      <w:pPr>
        <w:pStyle w:val="Heading1"/>
      </w:pPr>
      <w:r>
        <w:t>Details</w:t>
      </w:r>
    </w:p>
    <w:p>
      <w:pPr>
        <w:keepNext/>
        <w:spacing w:after="40"/>
      </w:pPr>
      <w:r>
        <w:rPr>
          <w:b/>
        </w:rPr>
        <w:t>Destination interests and preferred dates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1"/>
          <w:alias w:val="FIELD_01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Travellers and accessibility preferences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2"/>
          <w:alias w:val="FIELD_02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Planning and requirements</w:t>
      </w:r>
    </w:p>
    <w:p>
      <w:pPr>
        <w:keepNext/>
        <w:spacing w:after="40"/>
      </w:pPr>
      <w:r>
        <w:rPr>
          <w:b/>
        </w:rPr>
        <w:t>Budget range and preferred travel style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3"/>
          <w:alias w:val="FIELD_03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Accommodation transport and activity priorities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4"/>
          <w:alias w:val="FIELD_04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Review and follow up</w:t>
      </w:r>
    </w:p>
    <w:p>
      <w:pPr>
        <w:keepNext/>
        <w:spacing w:after="40"/>
      </w:pPr>
      <w:r>
        <w:rPr>
          <w:b/>
        </w:rPr>
        <w:t>Planning constraints and supplier questions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5"/>
          <w:alias w:val="FIELD_05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Next consultation and secure document process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6"/>
          <w:alias w:val="FIELD_06"/>
          <w:text/>
        </w:sdtPr>
        <w:sdtContent>
          <w:r>
            <w:t>   </w:t>
          </w:r>
        </w:sdtContent>
      </w:sdt>
      <w:r>
        <w:br/>
      </w:r>
    </w:p>
    <w:sectPr w:rsidR="00FC693F" w:rsidRPr="0006063C" w:rsidSect="00034616">
      <w:footerReference w:type="default" r:id="rId10"/>
      <w:pgSz w:w="12240" w:h="15840"/>
      <w:pgMar w:top="864" w:right="1080" w:bottom="864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184848"/>
        <w:sz w:val="16"/>
      </w:rPr>
      <w:t>Prairie Passage Travel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Client travel brief</dc:title>
  <dc:subject>Prairie Passage Travel editable template</dc:subject>
  <dc:creator>SaaSTech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