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7680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tread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7680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Service intake and customer questions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Job reference and request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Vehicle and tire details to verify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Requested work and customer concerns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Assessment questions for technician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Estimate and authorization route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Agreed timing and update method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Collection checks and open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Staff review and next step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Tire Repair Shops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Tread Tire Centre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tire-repair-sho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intake and customer questions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