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Spas, Nail &amp; Aesthetic Studios</w:t>
        <w:br/>
        <w:t>Website workbook</w:t>
      </w:r>
    </w:p>
    <w:p>
      <w:r>
        <w:t>A practical workshop for a 5-page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five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Stillwater Studio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71810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as-nail-aesthetic-studio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718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Ask about a studio appointment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Explore the studio and plan your appointment.</w:t>
      </w:r>
    </w:p>
    <w:p>
      <w:r>
        <w:t>Explore the studio setting, browse the services you want to discuss and ask about current appointment options. The team confirms the appropriate next step and any private consultation requirements.</w:t>
      </w:r>
    </w:p>
    <w:p>
      <w:r>
        <w:t>Use the relevant page to prepare a focused enquiry, then contact the team to confirm the next step.</w:t>
      </w:r>
    </w:p>
    <w:p>
      <w:r>
        <w:t>Suggested button: Ask about a studio appointment</w:t>
      </w:r>
    </w:p>
    <w:p>
      <w:pPr>
        <w:pStyle w:val="Heading2"/>
      </w:pPr>
      <w:r>
        <w:t>Website advice</w:t>
      </w:r>
    </w:p>
    <w:p>
      <w:r>
        <w:t>Describe operator-approved service categories, appointment arrangements and practitioner roles without medical or outcome claims.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Services &amp; Studio Menu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Services &amp; Studio Menu</w:t>
      </w:r>
    </w:p>
    <w:p>
      <w:r>
        <w:t>Browse the service categories and ask the team which appointment type fits your enquiry. Any consultation, suitability review and service terms are explained before your appointment is confirmed.</w:t>
      </w:r>
    </w:p>
    <w:p>
      <w:r>
        <w:t>Discuss any remaining questions with the team and wait for direct confirmation before making arrangements.</w:t>
      </w:r>
    </w:p>
    <w:p>
      <w:r>
        <w:t>Suggested button: Ask about a studio appointment</w:t>
      </w:r>
    </w:p>
    <w:p>
      <w:pPr>
        <w:pStyle w:val="Heading2"/>
      </w:pPr>
      <w:r>
        <w:t>Website advice</w:t>
      </w:r>
    </w:p>
    <w:p>
      <w:r>
        <w:t>Separate verified nail, spa and aesthetic categories. Publish reviewed descriptions and confirmed prices only.</w:t>
      </w:r>
    </w:p>
    <w:p>
      <w:r>
        <w:br w:type="page"/>
      </w:r>
    </w:p>
    <w:p>
      <w:pPr>
        <w:pStyle w:val="Title"/>
      </w:pPr>
      <w:r>
        <w:t>Your draft: Services &amp; Studio Menu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Before Your Appointment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Before Your Appointment</w:t>
      </w:r>
    </w:p>
    <w:p>
      <w:r>
        <w:t>Confirm arrival details and ask whether any preparation applies to your selected service. Share private information only through the process the studio provides directly.</w:t>
      </w:r>
    </w:p>
    <w:p>
      <w:r>
        <w:t>Discuss any remaining questions with the team and wait for direct confirmation before making arrangements.</w:t>
      </w:r>
    </w:p>
    <w:p>
      <w:r>
        <w:t>Suggested button: Ask about a studio appointment</w:t>
      </w:r>
    </w:p>
    <w:p>
      <w:pPr>
        <w:pStyle w:val="Heading2"/>
      </w:pPr>
      <w:r>
        <w:t>Website advice</w:t>
      </w:r>
    </w:p>
    <w:p>
      <w:r>
        <w:t>Use only service-specific preparation supplied by the operator. Distinguish requests from bookings.</w:t>
      </w:r>
    </w:p>
    <w:p>
      <w:r>
        <w:br w:type="page"/>
      </w:r>
    </w:p>
    <w:p>
      <w:pPr>
        <w:pStyle w:val="Title"/>
      </w:pPr>
      <w:r>
        <w:t>Your draft: Before Your Appointment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Meet the Studio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Meet the Studio</w:t>
      </w:r>
    </w:p>
    <w:p>
      <w:r>
        <w:t>Meet the people behind the studio and learn who handles appointments and service questions. You can ask about experience and the process before choosing a next step.</w:t>
      </w:r>
    </w:p>
    <w:p>
      <w:r>
        <w:t>Discuss any remaining questions with the team and wait for direct confirmation before making arrangements.</w:t>
      </w:r>
    </w:p>
    <w:p>
      <w:r>
        <w:t>Suggested button: Ask about a studio appointment</w:t>
      </w:r>
    </w:p>
    <w:p>
      <w:pPr>
        <w:pStyle w:val="Heading2"/>
      </w:pPr>
      <w:r>
        <w:t>Website advice</w:t>
      </w:r>
    </w:p>
    <w:p>
      <w:r>
        <w:t>Introduce verified team roles and permitted work examples without invented reviews or before-and-after claims.</w:t>
      </w:r>
    </w:p>
    <w:p>
      <w:r>
        <w:br w:type="page"/>
      </w:r>
    </w:p>
    <w:p>
      <w:pPr>
        <w:pStyle w:val="Title"/>
      </w:pPr>
      <w:r>
        <w:t>Your draft: Meet the Studio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Contact &amp; Booking Questions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 &amp; Booking Questions</w:t>
      </w:r>
    </w:p>
    <w:p>
      <w:r>
        <w:t>Tell the team which service interests you and your preferred contact method. A request is not a confirmed appointment; wait for the studio to confirm the details and relevant terms.</w:t>
      </w:r>
    </w:p>
    <w:p>
      <w:r>
        <w:t>Discuss any remaining questions with the team and wait for direct confirmation before making arrangements.</w:t>
      </w:r>
    </w:p>
    <w:p>
      <w:r>
        <w:t>Suggested button: Ask about a studio appointment</w:t>
      </w:r>
    </w:p>
    <w:p>
      <w:pPr>
        <w:pStyle w:val="Heading2"/>
      </w:pPr>
      <w:r>
        <w:t>Website advice</w:t>
      </w:r>
    </w:p>
    <w:p>
      <w:r>
        <w:t>Link only to a tested booking route or use an explicitly unconfirmed enquiry form.</w:t>
      </w:r>
    </w:p>
    <w:p>
      <w:r>
        <w:br w:type="page"/>
      </w:r>
    </w:p>
    <w:p>
      <w:pPr>
        <w:pStyle w:val="Title"/>
      </w:pPr>
      <w:r>
        <w:t>Your draft: Contact &amp; Booking Questions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Verify service scope, practitioner qualifications, suitability wording and preparation instructions. Do not publish treatment advice or collect health information through public forms.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each offered service, contact route, location and opening arrangement.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Remove fictional identity, claims, availability and prices before a real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every enquiry route and download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sensitive information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all public wording and image use.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Spas, Nail &amp; Aesthetic Studios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pas-nail-aesthetic-studi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Spas, Nail &amp; Aesthetic Studios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