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s-nail-aesthetic-studio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Studio appointment questions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Service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Preferred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Appointment format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and arrival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Fees and cancellation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Private consultation process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Preparation to confirm with studio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Confirmed next step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Spas, Nail &amp; Aesthetic Studios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Stillwater Studio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spas-nail-aesthetic-studi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appointment questions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