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Sign, Print &amp; Promotional Products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Ink &amp; Signworks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-print-promotional-product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print or sign estimate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Turn a clear brief into a well-planned project.</w:t>
      </w:r>
    </w:p>
    <w:p>
      <w:r>
        <w:t>Explore project categories and prepare the details the team needs for an estimate. Artwork, proofs, prices and production timing are confirmed before an order moves forward.</w:t>
      </w:r>
    </w:p>
    <w:p>
      <w:r>
        <w:t>Use the relevant page to prepare a focused enquiry, then contact the team to confirm the next step.</w:t>
      </w:r>
    </w:p>
    <w:p>
      <w:r>
        <w:t>Suggested button: Request a print or sign estimate</w:t>
      </w:r>
    </w:p>
    <w:p>
      <w:pPr>
        <w:pStyle w:val="Heading2"/>
      </w:pPr>
      <w:r>
        <w:t>Website advice</w:t>
      </w:r>
    </w:p>
    <w:p>
      <w:r>
        <w:t>Separate product categories and explain artwork, proof approval, production and fulfilment without inventing prices or deadlines.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Signs &amp; Displays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Signs &amp; Displays</w:t>
      </w:r>
    </w:p>
    <w:p>
      <w:r>
        <w:t>Tell us the type of sign, approximate size and intended setting. The team discusses available materials and which project details require further review before quoting.</w:t>
      </w:r>
    </w:p>
    <w:p>
      <w:r>
        <w:t>Discuss any remaining questions with the team and wait for direct confirmation before making arrangements.</w:t>
      </w:r>
    </w:p>
    <w:p>
      <w:r>
        <w:t>Suggested button: Request a print or sign estimate</w:t>
      </w:r>
    </w:p>
    <w:p>
      <w:pPr>
        <w:pStyle w:val="Heading2"/>
      </w:pPr>
      <w:r>
        <w:t>Website advice</w:t>
      </w:r>
    </w:p>
    <w:p>
      <w:r>
        <w:t>Describe accepted sign and display categories and separate design, manufacture and installation scope.</w:t>
      </w:r>
    </w:p>
    <w:p>
      <w:r>
        <w:br w:type="page"/>
      </w:r>
    </w:p>
    <w:p>
      <w:pPr>
        <w:pStyle w:val="Title"/>
      </w:pPr>
      <w:r>
        <w:t>Your draft: Signs &amp; Displays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Print &amp; Promotional Products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Print &amp; Promotional Products</w:t>
      </w:r>
    </w:p>
    <w:p>
      <w:r>
        <w:t>Ask about print pieces or promotional items for your project. Share an approximate quantity and intended use so the team can discuss options and confirm current availability.</w:t>
      </w:r>
    </w:p>
    <w:p>
      <w:r>
        <w:t>Discuss any remaining questions with the team and wait for direct confirmation before making arrangements.</w:t>
      </w:r>
    </w:p>
    <w:p>
      <w:r>
        <w:t>Suggested button: Request a print or sign estimate</w:t>
      </w:r>
    </w:p>
    <w:p>
      <w:pPr>
        <w:pStyle w:val="Heading2"/>
      </w:pPr>
      <w:r>
        <w:t>Website advice</w:t>
      </w:r>
    </w:p>
    <w:p>
      <w:r>
        <w:t>Show distinct categories without treating example items as live stock. Explain quantity and artwork review.</w:t>
      </w:r>
    </w:p>
    <w:p>
      <w:r>
        <w:br w:type="page"/>
      </w:r>
    </w:p>
    <w:p>
      <w:pPr>
        <w:pStyle w:val="Title"/>
      </w:pPr>
      <w:r>
        <w:t>Your draft: Print &amp; Promotional Products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Artwork &amp; Approval Process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Artwork &amp; Approval Process</w:t>
      </w:r>
    </w:p>
    <w:p>
      <w:r>
        <w:t>The team explains how to submit artwork and review a proof. Check the content and agreed specifications carefully; production begins only through the shop’s confirmed approval process.</w:t>
      </w:r>
    </w:p>
    <w:p>
      <w:r>
        <w:t>Discuss any remaining questions with the team and wait for direct confirmation before making arrangements.</w:t>
      </w:r>
    </w:p>
    <w:p>
      <w:r>
        <w:t>Suggested button: Request a print or sign estimate</w:t>
      </w:r>
    </w:p>
    <w:p>
      <w:pPr>
        <w:pStyle w:val="Heading2"/>
      </w:pPr>
      <w:r>
        <w:t>Website advice</w:t>
      </w:r>
    </w:p>
    <w:p>
      <w:r>
        <w:t>Explain secure file submission, quote review, proof approval and change handling. Do not imply web enquiry grants production approval.</w:t>
      </w:r>
    </w:p>
    <w:p>
      <w:r>
        <w:br w:type="page"/>
      </w:r>
    </w:p>
    <w:p>
      <w:pPr>
        <w:pStyle w:val="Title"/>
      </w:pPr>
      <w:r>
        <w:t>Your draft: Artwork &amp; Approval Process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Project Brief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Project Brief</w:t>
      </w:r>
    </w:p>
    <w:p>
      <w:r>
        <w:t>Tell us the project type, approximate quantity, intended use and requested date. The team reviews feasibility and confirms the next step before pricing or timing is agreed.</w:t>
      </w:r>
    </w:p>
    <w:p>
      <w:r>
        <w:t>Discuss any remaining questions with the team and wait for direct confirmation before making arrangements.</w:t>
      </w:r>
    </w:p>
    <w:p>
      <w:r>
        <w:t>Suggested button: Request a print or sign estimate</w:t>
      </w:r>
    </w:p>
    <w:p>
      <w:pPr>
        <w:pStyle w:val="Heading2"/>
      </w:pPr>
      <w:r>
        <w:t>Website advice</w:t>
      </w:r>
    </w:p>
    <w:p>
      <w:r>
        <w:t>Collect non-sensitive project basics and make deadlines subject to review.</w:t>
      </w:r>
    </w:p>
    <w:p>
      <w:r>
        <w:br w:type="page"/>
      </w:r>
    </w:p>
    <w:p>
      <w:pPr>
        <w:pStyle w:val="Title"/>
      </w:pPr>
      <w:r>
        <w:t>Your draft: Contact &amp; Project Brief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Confirm materials, installation scope, artwork rights, proof rules and production terms with the operator. Sample images are not completed client work.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  <w:sz w:val="20"/>
          <w:szCs w:val="20"/>
        </w:rPr>
        <w:t>Sign, Print &amp; Promotional Products website workbook</w:t>
      </w:r>
    </w:hyperlink>
    <w:r>
      <w:rPr>
        <w:sz w:val="20"/>
        <w:szCs w:val="20"/>
      </w:rPr>
      <w:t xml:space="preserve">  |  </w:t>
    </w:r>
    <w:fldSimple w:instr="PAGE">
      <w:r>
        <w:rPr>
          <w:sz w:val="20"/>
          <w:szCs w:val="20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ign-print-promotional-produ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Sign, Print &amp; Promotional Products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