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-print-promotional-product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Print and sign project brief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Project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Product and quantity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dimensions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Intended setting or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Artwork availability and rights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date to assess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Proof and delivery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contact and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Sign, Print &amp; Promotional Products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Ink &amp; Signworks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ign-print-promotional-produc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and sign project brief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