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2415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ptic-services-portable-toilet-rental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41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Property service or rental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Septic service or rental enquiry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property or event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service or unit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Proposed visit date or rental date range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Approximate event attendance or worksite size if relevant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constraints to discuss with operator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Servicing, quote and collection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Designated contact and confirmed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Septic Services &amp; Portable Toilet Rentals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Site &amp; Septic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eptic-services-portable-toilet-rent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service or rental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