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9309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trail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930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Guest arrival information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Stay reference and arrival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Site and vehicle details confirmed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Arrival route and office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Check-in and check-out arrangements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Site amenities and limits confirmed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Guest questions and operator response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Current notices to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Information approved by and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RV Parks &amp; Campgrounds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Trails RV Park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rv-parks-campgroun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arrival information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