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114800" cy="8503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oofing-siding-gutters-logo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8503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Exterior assessment preparation worksheet</w:t>
      </w:r>
    </w:p>
    <w:p>
      <w:r>
        <w:t>Type into the writing spaces or print for handwriting. Use one worksheet per enquiry or job, with references instead of unnecessary personal information.</w:t>
      </w:r>
    </w:p>
    <w:p>
      <w:r>
        <w:t>Working example — adapt to your own approved process. This worksheet is not a contract, certificate or automatic booking. Keep completed records in an access-controlled business system.</w:t>
      </w:r>
    </w:p>
    <w:p>
      <w:pPr>
        <w:pStyle w:val="Heading2"/>
      </w:pPr>
      <w:r>
        <w:t>Project reference and type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General property description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Questions about scope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Preferred timing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Title"/>
      </w:pPr>
      <w:r>
        <w:t>Confirm the next step</w:t>
      </w:r>
    </w:p>
    <w:p>
      <w:r>
        <w:t>Discuss unanswered questions with the responsible staff member. Record what was agreed, who will act and when a follow-up is due.</w:t>
      </w:r>
    </w:p>
    <w:p>
      <w:pPr>
        <w:pStyle w:val="Heading2"/>
      </w:pPr>
      <w:r>
        <w:t>Access arrangements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Estimate and warranty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Photos or documents for approved submission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Next contact and decision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rPr>
          <w:rFonts w:ascii="Aptos" w:hAnsi="Aptos"/>
          <w:b/>
          <w:color w:val="087B7A"/>
        </w:rPr>
        <w:t xml:space="preserve">□  </w:t>
      </w:r>
      <w:r>
        <w:t>Relevant facts checked with the responsible person.</w:t>
      </w:r>
    </w:p>
    <w:p>
      <w:r>
        <w:rPr>
          <w:rFonts w:ascii="Aptos" w:hAnsi="Aptos"/>
          <w:b/>
          <w:color w:val="087B7A"/>
        </w:rPr>
        <w:t xml:space="preserve">□  </w:t>
      </w:r>
      <w:r>
        <w:t>Estimate, timing and any limitations explained separately.</w:t>
      </w:r>
    </w:p>
    <w:p>
      <w:r>
        <w:rPr>
          <w:rFonts w:ascii="Aptos" w:hAnsi="Aptos"/>
          <w:b/>
          <w:color w:val="087B7A"/>
        </w:rPr>
        <w:t xml:space="preserve">□  </w:t>
      </w:r>
      <w:r>
        <w:t>Private documents and payments handled through the approved process.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Roofers, Siding &amp; Gutter Contractors industry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Prairie Shield Exteriors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roofing-siding-gutte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Exterior assessment preparation worksheet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