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494195"/>
            <wp:docPr id="1" name="Picture 1" descr="Jordan Elli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umes-personal-portfolio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4941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case study outline</w:t>
      </w:r>
    </w:p>
    <w:p>
      <w:r>
        <w:rPr>
          <w:b/>
          <w:color w:val="184848"/>
        </w:rPr>
        <w:t>Jordan Ellis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Project overview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Project name and dates: [Enter details]</w:t>
          </w:r>
        </w:sdtContent>
      </w:sdt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Your role and collaborators: [Enter details]</w:t>
          </w:r>
        </w:sdtContent>
      </w:sdt>
    </w:p>
    <w:p>
      <w:pPr>
        <w:pStyle w:val="Heading1"/>
      </w:pPr>
      <w:r>
        <w:t>Problem and constraints</w:t>
      </w:r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[Describe the audience, problem and constraints without confidential information.]</w:t>
          </w:r>
        </w:sdtContent>
      </w:sdt>
    </w:p>
    <w:p>
      <w:pPr>
        <w:pStyle w:val="Heading1"/>
      </w:pPr>
      <w:r>
        <w:t>Approach and contribution</w:t>
      </w:r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[Explain what you personally did and why you chose that approach.]</w:t>
          </w:r>
        </w:sdtContent>
      </w:sdt>
    </w:p>
    <w:p>
      <w:pPr>
        <w:pStyle w:val="Heading1"/>
      </w:pPr>
      <w:r>
        <w:t>Results and evidence</w:t>
      </w:r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[State measurable outcomes only where you have evidence. Link to approved work.]</w:t>
          </w:r>
        </w:sdtContent>
      </w:sdt>
    </w:p>
    <w:p>
      <w:pPr>
        <w:pStyle w:val="Heading1"/>
      </w:pPr>
      <w:r>
        <w:t>Reflection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[What would you repeat or change? Confirm permission before publishing.]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Jordan Ellis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case-study outline</dc:title>
  <dc:subject>Jordan Ellis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