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gional-airport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Airport visit information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Visit purpose and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Carrier or provider contact to verify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Terminal and parking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Accessibility assistance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Approved arrival instructions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Questions for airport administration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Source and date checked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step and responsible person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Regional Airports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Gateway Regional Airport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regional-airpor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Airport visit information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