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cruitment-staffing-agencie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Role briefing conversation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Enquiry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Role and work location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Responsibilities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Experience and skills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Schedule and engagement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Process and fee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Information for private follow-up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step and owner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Recruitment &amp; Staffing Agencies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Bridge Talent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recruitment-staffing-agenc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briefing conversation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