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8503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perty-condominium-management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503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Property management discussion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Property reference and type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General service interests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Area and scale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Current arrangements to discuss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Communication expectations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Documents for private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Proposal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Next meeting and owner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Property &amp; Condominium Management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Corner Property Management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property-condominium-manage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Property management discussion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