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691829" cy="685800"/>
            <wp:docPr id="1" name="Picture 1" descr="Northglass Photography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hotography-publish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91829" cy="685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Session planning questionnaire</w:t>
      </w:r>
    </w:p>
    <w:p>
      <w:r>
        <w:rPr>
          <w:b/>
          <w:color w:val="643F26"/>
        </w:rPr>
        <w:t>Northglass Photography</w:t>
      </w:r>
    </w:p>
    <w:p>
      <w:r>
        <w:rPr>
          <w:color w:val="4C5966"/>
          <w:sz w:val="18"/>
        </w:rPr>
        <w:t>Complete the response areas in Word, or print and write in the spaces provided.</w:t>
      </w:r>
    </w:p>
    <w:p>
      <w:pPr>
        <w:pStyle w:val="Heading1"/>
      </w:pPr>
      <w:r>
        <w:t>Details</w:t>
      </w:r>
    </w:p>
    <w:p>
      <w:pPr>
        <w:keepNext/>
        <w:spacing w:after="40"/>
      </w:pPr>
      <w:r>
        <w:rPr>
          <w:b/>
        </w:rPr>
        <w:t>Session purpose and intended use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1"/>
          <w:alias w:val="FIELD_01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People subjects or products to photograph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2"/>
          <w:alias w:val="FIELD_02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Planning and requirements</w:t>
      </w:r>
    </w:p>
    <w:p>
      <w:pPr>
        <w:keepNext/>
        <w:spacing w:after="40"/>
      </w:pPr>
      <w:r>
        <w:rPr>
          <w:b/>
        </w:rPr>
        <w:t>Location and preferred date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3"/>
          <w:alias w:val="FIELD_03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Desired style and reference images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4"/>
          <w:alias w:val="FIELD_04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Review and follow up</w:t>
      </w:r>
    </w:p>
    <w:p>
      <w:pPr>
        <w:keepNext/>
        <w:spacing w:after="40"/>
      </w:pPr>
      <w:r>
        <w:rPr>
          <w:b/>
        </w:rPr>
        <w:t>Accessibility and practical requirements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5"/>
          <w:alias w:val="FIELD_05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Approved delivery format and selection process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6"/>
          <w:alias w:val="FIELD_06"/>
          <w:text/>
        </w:sdtPr>
        <w:sdtContent>
          <w:r>
            <w:t>   </w:t>
          </w:r>
        </w:sdtContent>
      </w:sdt>
      <w:r>
        <w:br/>
      </w:r>
    </w:p>
    <w:sectPr w:rsidR="00FC693F" w:rsidRPr="0006063C" w:rsidSect="00034616">
      <w:footerReference w:type="default" r:id="rId10"/>
      <w:pgSz w:w="12240" w:h="15840"/>
      <w:pgMar w:top="864" w:right="1080" w:bottom="864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43F26"/>
        <w:sz w:val="16"/>
      </w:rPr>
      <w:t>Northglass Photography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Session planning questionnaire</dc:title>
  <dc:subject>Northglass Photography editable template</dc:subject>
  <dc:creator>SaaSTech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