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827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meadow-paws-logo-professional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827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Pet-care service discussion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Boarding daycare or training interest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pet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Dates or attendance pattern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Accommodation or class-format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Introduction and private intake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Belongings and arrival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Fees changes and cancellation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Confirmed next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Pet Boarding, Daycare &amp; Training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Meadow Paws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pet-boarding-daycare-train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Pet-care service discussion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