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943872" cy="685800"/>
            <wp:docPr id="1" name="Picture 1" descr="Northern Stage Collective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rforming-artists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43872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Performance résumé template</w:t>
      </w:r>
    </w:p>
    <w:p>
      <w:r>
        <w:rPr>
          <w:b/>
          <w:color w:val="481830"/>
        </w:rPr>
        <w:t>Northern Stage Collective</w:t>
      </w:r>
    </w:p>
    <w:p>
      <w:r>
        <w:rPr>
          <w:color w:val="4C5966"/>
          <w:sz w:val="18"/>
        </w:rPr>
        <w:t>Replace the prompts in Word, then save your own copy.</w:t>
      </w:r>
    </w:p>
    <w:p>
      <w:pPr>
        <w:pStyle w:val="Heading1"/>
      </w:pPr>
      <w:r>
        <w:t>Profile</w:t>
      </w:r>
    </w:p>
    <w:p>
      <w:pPr>
        <w:keepLines/>
        <w:spacing w:after="240"/>
      </w:pPr>
      <w:sdt>
        <w:sdtPr>
          <w:tag w:val="FIELD_01"/>
          <w:alias w:val="FIELD_01"/>
          <w:text/>
        </w:sdtPr>
        <w:sdtContent>
          <w:r>
            <w:t>[Performance disciplines and relevant experience.]</w:t>
          </w:r>
        </w:sdtContent>
      </w:sdt>
    </w:p>
    <w:p>
      <w:pPr>
        <w:pStyle w:val="Heading1"/>
      </w:pPr>
      <w:r>
        <w:t>Selected credits</w:t>
      </w:r>
    </w:p>
    <w:p>
      <w:pPr>
        <w:keepLines/>
        <w:spacing w:after="240"/>
      </w:pPr>
      <w:sdt>
        <w:sdtPr>
          <w:tag w:val="FIELD_02"/>
          <w:alias w:val="FIELD_02"/>
          <w:text/>
        </w:sdtPr>
        <w:sdtContent>
          <w:r>
            <w:t>[Production or event] — [Role] — [Company] — [Year]</w:t>
          </w:r>
        </w:sdtContent>
      </w:sdt>
    </w:p>
    <w:p>
      <w:pPr>
        <w:keepLines/>
        <w:spacing w:after="240"/>
      </w:pPr>
      <w:sdt>
        <w:sdtPr>
          <w:tag w:val="FIELD_03"/>
          <w:alias w:val="FIELD_03"/>
          <w:text/>
        </w:sdtPr>
        <w:sdtContent>
          <w:r>
            <w:t>[Production or event] — [Role] — [Company] — [Year]</w:t>
          </w:r>
        </w:sdtContent>
      </w:sdt>
    </w:p>
    <w:p>
      <w:pPr>
        <w:pStyle w:val="Heading1"/>
      </w:pPr>
      <w:r>
        <w:t>Training</w:t>
      </w:r>
    </w:p>
    <w:p>
      <w:pPr>
        <w:keepLines/>
        <w:spacing w:after="240"/>
      </w:pPr>
      <w:sdt>
        <w:sdtPr>
          <w:tag w:val="FIELD_04"/>
          <w:alias w:val="FIELD_04"/>
          <w:text/>
        </w:sdtPr>
        <w:sdtContent>
          <w:r>
            <w:t>[Course or qualification] — [Provider] — [Year]</w:t>
          </w:r>
        </w:sdtContent>
      </w:sdt>
    </w:p>
    <w:p>
      <w:pPr>
        <w:pStyle w:val="Heading1"/>
      </w:pPr>
      <w:r>
        <w:t>Skills and repertoire</w:t>
      </w:r>
    </w:p>
    <w:p>
      <w:pPr>
        <w:keepLines/>
        <w:spacing w:after="240"/>
      </w:pPr>
      <w:sdt>
        <w:sdtPr>
          <w:tag w:val="FIELD_05"/>
          <w:alias w:val="FIELD_05"/>
          <w:text/>
        </w:sdtPr>
        <w:sdtContent>
          <w:r>
            <w:t>[Performance skills, instruments, languages or repertoire relevant to the booking.]</w:t>
          </w:r>
        </w:sdtContent>
      </w:sdt>
    </w:p>
    <w:p>
      <w:pPr>
        <w:pStyle w:val="Heading1"/>
      </w:pPr>
      <w:r>
        <w:t>Contact</w:t>
      </w:r>
    </w:p>
    <w:p>
      <w:pPr>
        <w:keepLines/>
        <w:spacing w:after="240"/>
      </w:pPr>
      <w:sdt>
        <w:sdtPr>
          <w:tag w:val="FIELD_06"/>
          <w:alias w:val="FIELD_06"/>
          <w:text/>
        </w:sdtPr>
        <w:sdtContent>
          <w:r>
            <w:t>[Booking email] • [Portfolio URL]</w:t>
          </w:r>
        </w:sdtContent>
      </w:sdt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481830"/>
        <w:sz w:val="16"/>
      </w:rPr>
      <w:t>Northern Stage Collective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résumé template</dc:title>
  <dc:subject>Northern Stage Collective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