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57443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inting-flooring-renovation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7443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Interior project estimate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Room or project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scope and goals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Materials and finish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Access and timing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Estimate inclusions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Changes and exclusions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agreed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Painting, Flooring &amp; Renovations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Finish Home Works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ainting-flooring-renov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project estimate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