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9601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ptometrists-optical-stores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960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Eye practice and optical visit planner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Clinical appointment or retail enquiry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General purpose without health details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Preferred contact and communication method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Availability to discuss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Questions about professional roles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Access and arrival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Fees or retail order terms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Approved private information route and next step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Optometrists &amp; Optical Stores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Window Eye &amp; Optical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optometrists-optical-sto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Eye practice and optical visit planner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