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ffice-supplies-business-equipment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Business supply and equipment enquiry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Supplies, equipment purchase or service route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Product or equipment model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Pack size, quantity or intended business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Features or compatibility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Requested collection or delivery timing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Support, consumable and substitution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Purchasing contact role and private account process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Quote approval and next step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Office Supplies &amp; Business Equipment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Desk &amp; Business Supply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office-supplies-business-equip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supply and equipment enquiry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