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414362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ving-storage-servic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14362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Moving estimate preparation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 and proposed timing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origin and destination areas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Move or storage scope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Items requiring operator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Estimate and terms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Details to share privately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Moving &amp; Storage Services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Passage Moving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moving-storage-servi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estimate preparation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