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7680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harbour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7680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Boat intake and collection checklist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Job reference and intake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Boat and motor description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work and customer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Condition and supplied items noted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Assessment and approval route agreed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Collection arrangements confirmed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Unresolved questions and follow-up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Staff check and customer acknowledgement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Marine Services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Harbour Marine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marine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Boat intake and collection checklist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