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ksmiths-security-system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Security service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Non-sensitive 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 area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Authorization process to confirm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Scheduling and terms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Approved private contact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Locksmiths &amp; Security Systems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Keyline Security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locksmiths-security-syste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service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