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164032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wellers-watch-repai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64032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Jewellery and watch consultation planner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Collection, commission or repair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piece type without identifying valuables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Design preferences or assessment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Material descriptions to verify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Reference image rights or ownership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and approval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intake and collection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appointment and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Jewellers &amp; Watch Repair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Juniper Jewellery &amp; Watch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jewellers-watch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Jewellery and watch consultation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