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vac-air-conditioning-refrigeration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Mechanical service enquiry preparation 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Building or business type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service area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Equipment category and reference if known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Reason for enquiry in plain language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Existing service-record availability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contact and access coordinator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Assessment and approval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agreed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HVAC, Air Conditioning &amp; Refrigeration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Airfield Mechanical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vac-air-conditioning-refrige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service enquiry preparation 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