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tels-motels-bed-breakfas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Stay planning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Proposed dates and party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Room layout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and parking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Amenity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Arrival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Rates and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Booking route and confirmation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remaining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Hotels, Motels &amp; Bed and Breakfasts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Lantern Lodge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tels-motels-bed-breakfa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planning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