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rse-ranche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Ranch visit planning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 and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Service or visit interest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Questions for the operator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Suitability review to arrange privately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Confirmed visit and arrival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Operator-approved preparation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Outstanding questions and next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Review and confirmation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Horse Ranches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Meadow Horse Ranch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orse-ranch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Ranch visit planning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