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care-senior-support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Support discussion preparation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support interests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Service area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Availability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Coordinator and communication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Private assessment steps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for the provider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discussion and responsible person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Home Care &amp; Senior Support Services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Hearth Home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ome-care-senior-sup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discussion preparation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