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26030" cy="1028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avy-equipment-diesel-repair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26030" cy="1028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Heavy-equipment service enquiry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Equipment category, make and model if known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Non-sensitive equipment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Service concern in your own words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Workshop intake or field-service request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General location and transport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Existing service records to discuss privately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Assessment fees, parts and authorization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Contact role and next step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Heavy Equipment Repair &amp; Diesel Shops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Torque Equipment Service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heavy-equipment-diesel-repa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Heavy-equipment service enquiry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