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352044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ring-clinics-hearing-aid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Hearing practice conversation planner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Appointment or device-support enquiry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reply method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Communication arrangements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availability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Professional-role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Visit access or companion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Fees and support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information route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Hearing Clinics &amp; Hearing Aid Providers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Clearbrook Hearing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hearing-clinics-hearing-ai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Hearing practice conversation planner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