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Health Food &amp; Specialty Grocery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Pantry Market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lth-food-specialty-grocery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current products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Explore the shelves and ask informed product questions.</w:t>
      </w:r>
    </w:p>
    <w:p>
      <w:r>
        <w:t>Discover the types of products featured in the market and contact the team about current stock. Confirm the exact product label and details that matter to you before choosing.</w:t>
      </w:r>
    </w:p>
    <w:p>
      <w:r>
        <w:t>Use the relevant page to prepare a focused enquiry, then contact the team to confirm the next step.</w:t>
      </w:r>
    </w:p>
    <w:p>
      <w:r>
        <w:t>Suggested button: Ask about current products</w:t>
      </w:r>
    </w:p>
    <w:p>
      <w:pPr>
        <w:pStyle w:val="Heading2"/>
      </w:pPr>
      <w:r>
        <w:t>Website advice</w:t>
      </w:r>
    </w:p>
    <w:p>
      <w:r>
        <w:t>Present food categories, current stock enquiries and shop information without health promises or unsupported dietary guarantees.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Food &amp; Pantry Selection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Food &amp; Pantry Selection</w:t>
      </w:r>
    </w:p>
    <w:p>
      <w:r>
        <w:t>Explore pantry staples and specialty food categories. Ask the team to check a particular product, package size or supplier detail before you make a trip.</w:t>
      </w:r>
    </w:p>
    <w:p>
      <w:r>
        <w:t>Discuss any remaining questions with the team and wait for direct confirmation before making arrangements.</w:t>
      </w:r>
    </w:p>
    <w:p>
      <w:r>
        <w:t>Suggested button: Ask about current products</w:t>
      </w:r>
    </w:p>
    <w:p>
      <w:pPr>
        <w:pStyle w:val="Heading2"/>
      </w:pPr>
      <w:r>
        <w:t>Website advice</w:t>
      </w:r>
    </w:p>
    <w:p>
      <w:r>
        <w:t>Use accurate categories and current product photographs; distinguish examples from available stock.</w:t>
      </w:r>
    </w:p>
    <w:p>
      <w:r>
        <w:br w:type="page"/>
      </w:r>
    </w:p>
    <w:p>
      <w:pPr>
        <w:pStyle w:val="Title"/>
      </w:pPr>
      <w:r>
        <w:t>Your draft: Food &amp; Pantry Selection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Ingredients &amp; Product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Ingredients &amp; Product Questions</w:t>
      </w:r>
    </w:p>
    <w:p>
      <w:r>
        <w:t>If you have an ingredient or allergen question, ask about the exact product and package. Staff can help locate label information, but examples on this website do not establish suitability.</w:t>
      </w:r>
    </w:p>
    <w:p>
      <w:r>
        <w:t>Discuss any remaining questions with the team and wait for direct confirmation before making arrangements.</w:t>
      </w:r>
    </w:p>
    <w:p>
      <w:r>
        <w:t>Suggested button: Ask about current products</w:t>
      </w:r>
    </w:p>
    <w:p>
      <w:pPr>
        <w:pStyle w:val="Heading2"/>
      </w:pPr>
      <w:r>
        <w:t>Website advice</w:t>
      </w:r>
    </w:p>
    <w:p>
      <w:r>
        <w:t>Direct customers to exact current labels and reviewed supplier information. Do not guarantee suitability.</w:t>
      </w:r>
    </w:p>
    <w:p>
      <w:r>
        <w:br w:type="page"/>
      </w:r>
    </w:p>
    <w:p>
      <w:pPr>
        <w:pStyle w:val="Title"/>
      </w:pPr>
      <w:r>
        <w:t>Your draft: Ingredients &amp; Product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Special Orders &amp; Seasonal Finds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Special Orders &amp; Seasonal Finds</w:t>
      </w:r>
    </w:p>
    <w:p>
      <w:r>
        <w:t>Tell us what product you are looking for and the quantity you wish to discuss. The team checks whether a special order is possible and confirms terms before proceeding.</w:t>
      </w:r>
    </w:p>
    <w:p>
      <w:r>
        <w:t>Discuss any remaining questions with the team and wait for direct confirmation before making arrangements.</w:t>
      </w:r>
    </w:p>
    <w:p>
      <w:r>
        <w:t>Suggested button: Ask about current products</w:t>
      </w:r>
    </w:p>
    <w:p>
      <w:pPr>
        <w:pStyle w:val="Heading2"/>
      </w:pPr>
      <w:r>
        <w:t>Website advice</w:t>
      </w:r>
    </w:p>
    <w:p>
      <w:r>
        <w:t>Explain request review, supplier checks and customer confirmation without promising availability.</w:t>
      </w:r>
    </w:p>
    <w:p>
      <w:r>
        <w:br w:type="page"/>
      </w:r>
    </w:p>
    <w:p>
      <w:pPr>
        <w:pStyle w:val="Title"/>
      </w:pPr>
      <w:r>
        <w:t>Your draft: Special Orders &amp; Seasonal Finds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Visit &amp; Contact the Market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Visit &amp; Contact the Market</w:t>
      </w:r>
    </w:p>
    <w:p>
      <w:r>
        <w:t>Ask about a product or confirm current hours before visiting. Please keep health histories and other sensitive information out of ordinary product enquiries.</w:t>
      </w:r>
    </w:p>
    <w:p>
      <w:r>
        <w:t>Discuss any remaining questions with the team and wait for direct confirmation before making arrangements.</w:t>
      </w:r>
    </w:p>
    <w:p>
      <w:r>
        <w:t>Suggested button: Ask about current products</w:t>
      </w:r>
    </w:p>
    <w:p>
      <w:pPr>
        <w:pStyle w:val="Heading2"/>
      </w:pPr>
      <w:r>
        <w:t>Website advice</w:t>
      </w:r>
    </w:p>
    <w:p>
      <w:r>
        <w:t>Show verified opening arrangements and an enquiry route that avoids sensitive personal health details.</w:t>
      </w:r>
    </w:p>
    <w:p>
      <w:r>
        <w:br w:type="page"/>
      </w:r>
    </w:p>
    <w:p>
      <w:pPr>
        <w:pStyle w:val="Title"/>
      </w:pPr>
      <w:r>
        <w:t>Your draft: Visit &amp; Contact the Market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Product labels and supplier information must guide ingredient and allergen questions. Do not provide health or nutrition advice, therapeutic claims or blanket allergen-free assurances.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Health Food &amp; Specialty Grocery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ealth-food-specialty-groc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Food &amp; Specialty Grocery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