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lth-food-specialty-grocery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Specialty grocery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Product name or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Package size and quantity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Exact label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Supplier information to request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Availability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Special-order terms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Collection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Health Food &amp; Specialty Grocery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Pantry Market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ealth-food-specialty-groc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Specialty grocery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