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rdware-building-farm-supply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Supply quote preparation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Project or 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Product description and specification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Quantity and unit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for qualified staff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Requested collection or delivery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Stock and substitution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Price and terms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Hardware, Building &amp; Farm Supply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Junction Supply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ardware-building-farm-supp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Supply quote preparation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