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Garage Door, Window &amp; Door Companies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desktop excerpts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Threshold Door &amp; Window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290420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age-doors-windows-door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0420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product or service review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45474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45474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Choose the opening. Clarify the project.</w:t>
      </w:r>
    </w:p>
    <w:p>
      <w:r>
        <w:t>Start with the product category, then tell the team whether you are exploring replacement, installation or a service enquiry.</w:t>
      </w:r>
    </w:p>
    <w:p>
      <w:r>
        <w:t>Staff confirms accepted work and the information required before discussing an estimate.</w:t>
      </w:r>
    </w:p>
    <w:p>
      <w:r>
        <w:t>Suggested button: Request a product or service review</w:t>
      </w:r>
    </w:p>
    <w:p>
      <w:pPr>
        <w:pStyle w:val="Heading2"/>
      </w:pPr>
      <w:r>
        <w:t>Website advice</w:t>
      </w:r>
    </w:p>
    <w:p>
      <w:r>
        <w:t>Separate garage doors, windows and entry doors, distinguish product selection from repair and installation, and route estimates to staff review.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Garage Door Projects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45474" cy="20059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45474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Garage Door Projects</w:t>
      </w:r>
    </w:p>
    <w:p>
      <w:r>
        <w:t>Tell the team whether your enquiry concerns a new garage door or service for an existing one.</w:t>
      </w:r>
    </w:p>
    <w:p>
      <w:r>
        <w:t>The operator checks the product and project scope before explaining the next assessment step; no adjustment guidance is provided online.</w:t>
      </w:r>
    </w:p>
    <w:p>
      <w:r>
        <w:t>Suggested button: Request a product or service review</w:t>
      </w:r>
    </w:p>
    <w:p>
      <w:pPr>
        <w:pStyle w:val="Heading2"/>
      </w:pPr>
      <w:r>
        <w:t>Website advice</w:t>
      </w:r>
    </w:p>
    <w:p>
      <w:r>
        <w:t>Give garage-door sales and service their own enquiry path, without extending scope to all mechanisms or brands.</w:t>
      </w:r>
    </w:p>
    <w:p>
      <w:r>
        <w:br w:type="page"/>
      </w:r>
    </w:p>
    <w:p>
      <w:pPr>
        <w:pStyle w:val="Title"/>
      </w:pPr>
      <w:r>
        <w:t>Your draft: Garage Door Projects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Window Selection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45474" cy="2005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45474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Window Selection Enquiries</w:t>
      </w:r>
    </w:p>
    <w:p>
      <w:r>
        <w:t>Describe the rooms and the general replacement goals you want to discuss.</w:t>
      </w:r>
    </w:p>
    <w:p>
      <w:r>
        <w:t>Staff can identify which product information and site review are needed before options or installation scope are proposed.</w:t>
      </w:r>
    </w:p>
    <w:p>
      <w:r>
        <w:t>Suggested button: Request a product or service review</w:t>
      </w:r>
    </w:p>
    <w:p>
      <w:pPr>
        <w:pStyle w:val="Heading2"/>
      </w:pPr>
      <w:r>
        <w:t>Website advice</w:t>
      </w:r>
    </w:p>
    <w:p>
      <w:r>
        <w:t>Discuss window categories and verified product information without prescribing technical performance or retrofit methods.</w:t>
      </w:r>
    </w:p>
    <w:p>
      <w:r>
        <w:br w:type="page"/>
      </w:r>
    </w:p>
    <w:p>
      <w:pPr>
        <w:pStyle w:val="Title"/>
      </w:pPr>
      <w:r>
        <w:t>Your draft: Window Selection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Entry &amp; Patio Doors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45474" cy="2005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45474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Entry &amp; Patio Doors</w:t>
      </w:r>
    </w:p>
    <w:p>
      <w:r>
        <w:t>Share the type of opening and the style you would like to explore.</w:t>
      </w:r>
    </w:p>
    <w:p>
      <w:r>
        <w:t>Product configuration, finish choices and project responsibilities are confirmed through the company review rather than inferred from example photographs.</w:t>
      </w:r>
    </w:p>
    <w:p>
      <w:r>
        <w:t>Suggested button: Request a product or service review</w:t>
      </w:r>
    </w:p>
    <w:p>
      <w:pPr>
        <w:pStyle w:val="Heading2"/>
      </w:pPr>
      <w:r>
        <w:t>Website advice</w:t>
      </w:r>
    </w:p>
    <w:p>
      <w:r>
        <w:t>Separate pedestrian entry and patio-door projects from vehicle-access doors and window products.</w:t>
      </w:r>
    </w:p>
    <w:p>
      <w:r>
        <w:br w:type="page"/>
      </w:r>
    </w:p>
    <w:p>
      <w:pPr>
        <w:pStyle w:val="Title"/>
      </w:pPr>
      <w:r>
        <w:t>Your draft: Entry &amp; Patio Doors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Site Review &amp; Written Proposal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45474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45474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Site Review &amp; Written Proposal</w:t>
      </w:r>
    </w:p>
    <w:p>
      <w:r>
        <w:t>Ask how the team gathers the site information needed for a proposal and who is responsible for confirming it.</w:t>
      </w:r>
    </w:p>
    <w:p>
      <w:r>
        <w:t>Review the proposed products, included work and exclusions before accepting the estimate or scheduling arrangements.</w:t>
      </w:r>
    </w:p>
    <w:p>
      <w:r>
        <w:t>Suggested button: Request a product or service review</w:t>
      </w:r>
    </w:p>
    <w:p>
      <w:pPr>
        <w:pStyle w:val="Heading2"/>
      </w:pPr>
      <w:r>
        <w:t>Website advice</w:t>
      </w:r>
    </w:p>
    <w:p>
      <w:r>
        <w:t>Explain measurement responsibility, permission and proposal review without offering do-it-yourself measuring or structural advice.</w:t>
      </w:r>
    </w:p>
    <w:p>
      <w:r>
        <w:br w:type="page"/>
      </w:r>
    </w:p>
    <w:p>
      <w:pPr>
        <w:pStyle w:val="Title"/>
      </w:pPr>
      <w:r>
        <w:t>Your draft: Site Review &amp; Written Proposal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Service, Handover &amp; Follow-Up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45474" cy="200596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45474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Service, Handover &amp; Follow-Up</w:t>
      </w:r>
    </w:p>
    <w:p>
      <w:r>
        <w:t>Use the job reference supplied by the company when asking about a completed project or service enquiry.</w:t>
      </w:r>
    </w:p>
    <w:p>
      <w:r>
        <w:t>Staff confirms the applicable support route and can direct you to the exact product documents and agreed terms.</w:t>
      </w:r>
    </w:p>
    <w:p>
      <w:r>
        <w:t>Suggested button: Request a product or service review</w:t>
      </w:r>
    </w:p>
    <w:p>
      <w:pPr>
        <w:pStyle w:val="Heading2"/>
      </w:pPr>
      <w:r>
        <w:t>Website advice</w:t>
      </w:r>
    </w:p>
    <w:p>
      <w:r>
        <w:t>Route existing-job questions and manufacturer information without promising warranties or emergency response.</w:t>
      </w:r>
    </w:p>
    <w:p>
      <w:r>
        <w:br w:type="page"/>
      </w:r>
    </w:p>
    <w:p>
      <w:pPr>
        <w:pStyle w:val="Title"/>
      </w:pPr>
      <w:r>
        <w:t>Your draft: Service, Handover &amp; Follow-Up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these first-screen examples to plan your own pages, then verify your complete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company demonstration. Verify each product category, installation role, manufacturer claim and service area. No spring adjustment, electrical, structural, glazing, security or installation instructions are provided; image examples are not completed jobs or live stock.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Garage Door, Window &amp; Door Companies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arage-doors-windows-do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Door, Window &amp; Door Companies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