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025457" cy="9601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rniture-mattress-home-decor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25457" cy="960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Home furnishing showroom planner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Room and product category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Item reference or style interests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Dimensions to verify with the store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Material and finish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Showroom display availability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Stock or special-order terms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Delivery, collection and access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Next contact and confirmed decision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Furniture, Mattress &amp; Home Décor Stores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Hearth Home Store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furniture-mattress-home-dec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furnishing showroom planner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