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eral-homes-memorial-servic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Arrangement conversation questions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contact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Questions about services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Gathering preferences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Pricing and terms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records process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People to include with consent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conversation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Funeral Homes &amp; Memorial Services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Remembrance House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uneral-homes-memorial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Arrangement conversation questions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