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114800" cy="96012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ranchise-quick-service-restaurants-logo-dark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9601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</w:pPr>
      <w:r>
        <w:t>Local restaurant group-order discussion worksheet</w:t>
      </w:r>
    </w:p>
    <w:p>
      <w:r>
        <w:t>Type into the writing spaces or print for handwriting. Use one worksheet per enquiry or job, with references instead of unnecessary personal information.</w:t>
      </w:r>
    </w:p>
    <w:p>
      <w:r>
        <w:t>Working example — adapt to your own approved process. This worksheet is not a contract, certificate or automatic booking. Keep completed records in an access-controlled business system.</w:t>
      </w:r>
    </w:p>
    <w:p>
      <w:pPr>
        <w:pStyle w:val="Heading2"/>
      </w:pPr>
      <w:r>
        <w:t>Location and general enquiry purpose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Approximate group size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Requested date and collection or service format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Menu categories and quantity questions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br w:type="page"/>
      </w:r>
    </w:p>
    <w:p>
      <w:pPr>
        <w:pStyle w:val="Title"/>
      </w:pPr>
      <w:r>
        <w:t>Confirm the next step</w:t>
      </w:r>
    </w:p>
    <w:p>
      <w:r>
        <w:t>Discuss unanswered questions with the responsible staff member. Record what was agreed, who will act and when a follow-up is due.</w:t>
      </w:r>
    </w:p>
    <w:p>
      <w:pPr>
        <w:pStyle w:val="Heading2"/>
      </w:pPr>
      <w:r>
        <w:t>Exact ingredient or allergen questions for operator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Current pricing, deadlines and cancellation questions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Approved ordering route and acceptance process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Contact preference and confirmed next step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rPr>
          <w:rFonts w:ascii="Aptos" w:hAnsi="Aptos"/>
          <w:b/>
          <w:color w:val="087B7A"/>
        </w:rPr>
        <w:t xml:space="preserve">□  </w:t>
      </w:r>
      <w:r>
        <w:t>Relevant facts checked with the responsible person.</w:t>
      </w:r>
    </w:p>
    <w:p>
      <w:r>
        <w:rPr>
          <w:rFonts w:ascii="Aptos" w:hAnsi="Aptos"/>
          <w:b/>
          <w:color w:val="087B7A"/>
        </w:rPr>
        <w:t xml:space="preserve">□  </w:t>
      </w:r>
      <w:r>
        <w:t>Estimate, timing and any limitations explained separately.</w:t>
      </w:r>
    </w:p>
    <w:p>
      <w:r>
        <w:rPr>
          <w:rFonts w:ascii="Aptos" w:hAnsi="Aptos"/>
          <w:b/>
          <w:color w:val="087B7A"/>
        </w:rPr>
        <w:t xml:space="preserve">□  </w:t>
      </w:r>
      <w:r>
        <w:t>Private documents and payments handled through the approved process.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864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hyperlink r:id="rId1">
      <w:r>
        <w:rPr>
          <w:color w:val="087B7A"/>
          <w:u w:val="single"/>
        </w:rPr>
        <w:t>Franchise &amp; Quick-Service Restaurants industry guide</w:t>
      </w:r>
    </w:hyperlink>
    <w:r>
      <w:t xml:space="preserve">  |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8"/>
      </w:rPr>
      <w:t>Prairie Counter Kitchen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www.saastech.net/industry/franchise-quick-service-restaurant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Local restaurant group-order discussion worksheet</dc:title>
  <dc:subject/>
  <dc:creator>SaaSTech Servers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