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910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estry-logging-sawmill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91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Forestry and wood-product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Forestry, logging, milling or product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project area or collection preference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Project stage or material description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Known species, dimensions and quantity if relevant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Authority and documentation questions for the operator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timing and project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Intake, quote and collection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Responsible contact and agreed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Forestry, Logging &amp; Sawmills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Treeline Woodworks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orestry-logging-sawmi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Forestry and wood-product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