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Florists, Garden Centres &amp; Greenhouses</w:t>
        <w:br/>
        <w:t>Website workbook</w:t>
      </w:r>
    </w:p>
    <w:p>
      <w:r>
        <w:t>A practical workshop for a 5-page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 edition: five genuine unpublished Website Builder desktop excerpts. The cover wireframe remains illustrative.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Petal Garden House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1636198" cy="7181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rists-garden-centres-greenhouse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36198" cy="718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Ask about flowers plants or a seasonal order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Clear request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191871" cy="14859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91871" cy="1485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Fresh flowers, growing ideas and seasonal choices.</w:t>
      </w:r>
    </w:p>
    <w:p>
      <w:r>
        <w:t>Explore seasonal flowers and plants, then ask the team about the options available for your needs. Availability and any order arrangements are confirmed directly before purchase.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Ask about flowers plants or a seasonal order</w:t>
      </w:r>
    </w:p>
    <w:p>
      <w:pPr>
        <w:pStyle w:val="Heading2"/>
      </w:pPr>
      <w:r>
        <w:t>Website advice</w:t>
      </w:r>
    </w:p>
    <w:p>
      <w:r>
        <w:t>Separate flowers, plants and event orders with current availability and clear order-confirmation expectations. Avoid unsupported plant-care, toxicity or delivery promises.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Flowers &amp; Arrangements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06993" cy="23774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06993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Flowers &amp; Arrangements</w:t>
      </w:r>
    </w:p>
    <w:p>
      <w:r>
        <w:t>Tell us the occasion, colours and timing you would like to discuss. The florist explains current options and confirms the arrangement before an order is accepted.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Show distinct arrangement examples with operator-approved descriptions. Separate pictured examples from live stock.</w:t>
      </w:r>
    </w:p>
    <w:p>
      <w:r>
        <w:br w:type="page"/>
      </w:r>
    </w:p>
    <w:p>
      <w:pPr>
        <w:pStyle w:val="Title"/>
      </w:pPr>
      <w:r>
        <w:t>Your draft: Flowers &amp; Arrangements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Plants &amp; Garden Selection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06993" cy="23774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06993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Plants &amp; Garden Selection</w:t>
      </w:r>
    </w:p>
    <w:p>
      <w:r>
        <w:t>Browse the types of plants and garden items featured in the shop. Ask the team to confirm current stock and the information relevant to your intended setting.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Group current categories with clear availability enquiries. Have staff review any care or suitability guidance.</w:t>
      </w:r>
    </w:p>
    <w:p>
      <w:r>
        <w:br w:type="page"/>
      </w:r>
    </w:p>
    <w:p>
      <w:pPr>
        <w:pStyle w:val="Title"/>
      </w:pPr>
      <w:r>
        <w:t>Your draft: Plants &amp; Garden Selection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Events &amp; Seasonal Orders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06993" cy="237744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06993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Events &amp; Seasonal Orders</w:t>
      </w:r>
    </w:p>
    <w:p>
      <w:r>
        <w:t>Share the event date, general style and approximate scale of your request. The team discusses availability and a proposal before the order is confirmed.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Explain consultation, lead-time discussion, estimate and confirmation steps without invented deadlines.</w:t>
      </w:r>
    </w:p>
    <w:p>
      <w:r>
        <w:br w:type="page"/>
      </w:r>
    </w:p>
    <w:p>
      <w:pPr>
        <w:pStyle w:val="Title"/>
      </w:pPr>
      <w:r>
        <w:t>Your draft: Events &amp; Seasonal Orders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Visit &amp; Meet the Team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06993" cy="237744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06993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Visit &amp; Meet the Team</w:t>
      </w:r>
    </w:p>
    <w:p>
      <w:r>
        <w:t>Meet the people who help customers choose and plan. Confirm current hours and arrival details before visiting, especially during seasonal changes.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Show real store access, seasonal hours and staff roles. Use unique greenhouse and shop photographs.</w:t>
      </w:r>
    </w:p>
    <w:p>
      <w:r>
        <w:br w:type="page"/>
      </w:r>
    </w:p>
    <w:p>
      <w:pPr>
        <w:pStyle w:val="Title"/>
      </w:pPr>
      <w:r>
        <w:t>Your draft: Visit &amp; Meet the Team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Check links, image framing and demo-form privacy before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retail example only. Verify stock, care wording, suitability, delivery coverage and order terms with the operator before publication.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contact routes, hours, location and every offered service.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invented prices, claims, testimonials and availability.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records and payment details out of ordinary public forms.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all image permissions, downloads and page links on a phone.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Florists, Garden Centres &amp; Greenhouses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florists-garden-centres-greenhous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Florists, Garden Centres &amp; Greenhouses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