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cial-advisors-mortgage-broke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First conversation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General enquiry topic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about professional 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Service scope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 and engagement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Private document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Communication preferences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still outstanding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step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Financial Advisors &amp; Mortgage Brokers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Compass Advisory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inancial-advisors-mortgage-brok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conversation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