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691829" cy="685800"/>
            <wp:docPr id="1" name="Picture 1" descr="Prairie FieldWorks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arm-services-publis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91829" cy="685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Field job worksheet</w:t>
      </w:r>
    </w:p>
    <w:p>
      <w:r>
        <w:rPr>
          <w:b/>
          <w:color w:val="64491B"/>
        </w:rPr>
        <w:t>Prairie FieldWorks</w:t>
      </w:r>
    </w:p>
    <w:p>
      <w:r>
        <w:rPr>
          <w:color w:val="4C5966"/>
          <w:sz w:val="18"/>
        </w:rPr>
        <w:t>Complete the response areas in Word, or print and write in the spaces provided.</w:t>
      </w:r>
    </w:p>
    <w:p>
      <w:pPr>
        <w:pStyle w:val="Heading1"/>
      </w:pPr>
      <w:r>
        <w:t>Details</w:t>
      </w:r>
    </w:p>
    <w:p>
      <w:pPr>
        <w:keepNext/>
        <w:spacing w:after="40"/>
      </w:pPr>
      <w:r>
        <w:rPr>
          <w:b/>
        </w:rPr>
        <w:t>Field or job reference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1"/>
          <w:alias w:val="FIELD_01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Requested task and area with units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2"/>
          <w:alias w:val="FIELD_02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Planning and requirements</w:t>
      </w:r>
    </w:p>
    <w:p>
      <w:pPr>
        <w:keepNext/>
        <w:spacing w:after="40"/>
      </w:pPr>
      <w:r>
        <w:rPr>
          <w:b/>
        </w:rPr>
        <w:t>Equipment and materials required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3"/>
          <w:alias w:val="FIELD_03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Access and weather conditions to confirm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4"/>
          <w:alias w:val="FIELD_04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Review and follow up</w:t>
      </w:r>
    </w:p>
    <w:p>
      <w:pPr>
        <w:keepNext/>
        <w:spacing w:after="40"/>
      </w:pPr>
      <w:r>
        <w:rPr>
          <w:b/>
        </w:rPr>
        <w:t>Scheduled start and responsible operator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5"/>
          <w:alias w:val="FIELD_05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Work completed and follow-up observations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6"/>
          <w:alias w:val="FIELD_06"/>
          <w:text/>
        </w:sdtPr>
        <w:sdtContent>
          <w:r>
            <w:t>   </w:t>
          </w:r>
        </w:sdtContent>
      </w:sdt>
      <w:r>
        <w:br/>
      </w:r>
    </w:p>
    <w:sectPr w:rsidR="00FC693F" w:rsidRPr="0006063C" w:rsidSect="00034616">
      <w:footerReference w:type="default" r:id="rId10"/>
      <w:pgSz w:w="12240" w:h="15840"/>
      <w:pgMar w:top="864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4491B"/>
        <w:sz w:val="16"/>
      </w:rPr>
      <w:t>Prairie FieldWorks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Field job worksheet</dc:title>
  <dc:subject>Prairie FieldWorks editable template</dc:subject>
  <dc:creator>SaaSTech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