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2893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hibitions-fairs-agricultural-societies-logo-v2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289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Exhibitor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Exhibitor reference and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Display or activity description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Space and access requirements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Power or service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Arrival and setup arrangements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Documents for private submission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Outstanding organizer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Exhibitions, Fairs &amp; Agricultural Societies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Gathering Exhibition Society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exhibitions-fairs-agricultural-socie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Exhibitor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