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cavation-earthworks-aggregat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Earthworks and aggregate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Excavation, earthworks or material supply path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project location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Project description or exact material requested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Quantity and unit if already specified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Site review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timing and other contractor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Scope exclusions, substitution and quote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Authorized contact and next step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Excavation, Earthworks &amp; Aggregate Suppliers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Grade &amp; Gravel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excavation-earthworks-aggreg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Earthworks and aggregate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