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114800" cy="8503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commerce-dropshipping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8503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Product listing preparation worksheet</w:t>
      </w:r>
    </w:p>
    <w:p>
      <w:r>
        <w:t>Type into the writing spaces or print for handwriting. Use one worksheet per enquiry or job, with references instead of unnecessary personal information.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Product reference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Description and intended category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Specifications to verify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Supplier and stock checks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Photo permissions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Delivery information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Price and return terms review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Approval and next action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E-commerce &amp; Dropshipping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Parcel Goods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ecommerce-dropshipp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listing preparation worksheet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