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587817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iving-schools-driver-training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7817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First driving-school conversation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Learner or refresher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Learning goals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Lesson format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Prerequisites to verify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General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Instructor communication preferences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Fees and rescheduling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meeting point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Driving Schools &amp; Driver Training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Horizon Driver Learning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riving-schools-driver-tr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driving-school conversation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