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ign-architecture-engineer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Project brief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location and project type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Objectives and intended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Known constraints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Decision makers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Documents to share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review and agreed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Design, Architecture &amp; Engineering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Line Design Studio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esign-architecture-enginee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