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Courier, Delivery, Logistics &amp; Warehousing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Waypoint Logistics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ier-delivery-logistics-warehousing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delivery or storage discussion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Explain the shipment before confirming the route.</w:t>
      </w:r>
    </w:p>
    <w:p>
      <w:r>
        <w:t>Explore delivery and warehousing categories and prepare the details needed for an initial discussion. The coordinator confirms whether the request can be accepted and explains the next step.</w:t>
      </w:r>
    </w:p>
    <w:p>
      <w:r>
        <w:t>Use the relevant page to prepare a focused enquiry, then contact the team to confirm the next step.</w:t>
      </w:r>
    </w:p>
    <w:p>
      <w:r>
        <w:t>Suggested button: Request a delivery or storage discussion</w:t>
      </w:r>
    </w:p>
    <w:p>
      <w:pPr>
        <w:pStyle w:val="Heading2"/>
      </w:pPr>
      <w:r>
        <w:t>Website advice</w:t>
      </w:r>
    </w:p>
    <w:p>
      <w:r>
        <w:t>Separate delivery and warehousing enquiries, explain suitability and capacity review, and keep enquiries distinct from confirmed bookings or live tracking.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Courier &amp; Delivery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Courier &amp; Delivery Services</w:t>
      </w:r>
    </w:p>
    <w:p>
      <w:r>
        <w:t>Tell the coordinator the general origin and destination areas, package type and requested timing. The team reviews the request before confirming availability or a delivery commitment.</w:t>
      </w:r>
    </w:p>
    <w:p>
      <w:r>
        <w:t>Discuss any remaining questions with the team and wait for direct confirmation before making arrangements.</w:t>
      </w:r>
    </w:p>
    <w:p>
      <w:r>
        <w:t>Suggested button: Request a delivery or storage discussion</w:t>
      </w:r>
    </w:p>
    <w:p>
      <w:pPr>
        <w:pStyle w:val="Heading2"/>
      </w:pPr>
      <w:r>
        <w:t>Website advice</w:t>
      </w:r>
    </w:p>
    <w:p>
      <w:r>
        <w:t>Describe verified route and shipment categories; make timing and acceptance subject to review.</w:t>
      </w:r>
    </w:p>
    <w:p>
      <w:r>
        <w:br w:type="page"/>
      </w:r>
    </w:p>
    <w:p>
      <w:pPr>
        <w:pStyle w:val="Title"/>
      </w:pPr>
      <w:r>
        <w:t>Your draft: Courier &amp; Delivery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Warehousing &amp; Handling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Warehousing &amp; Handling</w:t>
      </w:r>
    </w:p>
    <w:p>
      <w:r>
        <w:t>Discuss the type, approximate quantity and timing of goods you need to store. Suitability, capacity, handling and access arrangements must be confirmed with the operator.</w:t>
      </w:r>
    </w:p>
    <w:p>
      <w:r>
        <w:t>Discuss any remaining questions with the team and wait for direct confirmation before making arrangements.</w:t>
      </w:r>
    </w:p>
    <w:p>
      <w:r>
        <w:t>Suggested button: Request a delivery or storage discussion</w:t>
      </w:r>
    </w:p>
    <w:p>
      <w:pPr>
        <w:pStyle w:val="Heading2"/>
      </w:pPr>
      <w:r>
        <w:t>Website advice</w:t>
      </w:r>
    </w:p>
    <w:p>
      <w:r>
        <w:t>Explain offered storage and handling categories without inventing capacity, security ratings or special-goods capability.</w:t>
      </w:r>
    </w:p>
    <w:p>
      <w:r>
        <w:br w:type="page"/>
      </w:r>
    </w:p>
    <w:p>
      <w:pPr>
        <w:pStyle w:val="Title"/>
      </w:pPr>
      <w:r>
        <w:t>Your draft: Warehousing &amp; Handling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Quotes &amp; Booking Process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Quotes &amp; Booking Process</w:t>
      </w:r>
    </w:p>
    <w:p>
      <w:r>
        <w:t>Prepare a summary of the shipment or storage enquiry. The coordinator explains how detailed information is shared, how terms are reviewed and when a booking is considered confirmed.</w:t>
      </w:r>
    </w:p>
    <w:p>
      <w:r>
        <w:t>Discuss any remaining questions with the team and wait for direct confirmation before making arrangements.</w:t>
      </w:r>
    </w:p>
    <w:p>
      <w:r>
        <w:t>Suggested button: Request a delivery or storage discussion</w:t>
      </w:r>
    </w:p>
    <w:p>
      <w:pPr>
        <w:pStyle w:val="Heading2"/>
      </w:pPr>
      <w:r>
        <w:t>Website advice</w:t>
      </w:r>
    </w:p>
    <w:p>
      <w:r>
        <w:t>Explain non-sensitive enquiry, private details, quote review and explicit acceptance. Do not mimic live tracking.</w:t>
      </w:r>
    </w:p>
    <w:p>
      <w:r>
        <w:br w:type="page"/>
      </w:r>
    </w:p>
    <w:p>
      <w:pPr>
        <w:pStyle w:val="Title"/>
      </w:pPr>
      <w:r>
        <w:t>Your draft: Quotes &amp; Booking Process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Shipment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Shipment Questions</w:t>
      </w:r>
    </w:p>
    <w:p>
      <w:r>
        <w:t>Contact the team with the service category and a safe reply method. Do not post recipient details, access codes or shipment documents in a public enquiry; staff will confirm the approved process.</w:t>
      </w:r>
    </w:p>
    <w:p>
      <w:r>
        <w:t>Discuss any remaining questions with the team and wait for direct confirmation before making arrangements.</w:t>
      </w:r>
    </w:p>
    <w:p>
      <w:r>
        <w:t>Suggested button: Request a delivery or storage discussion</w:t>
      </w:r>
    </w:p>
    <w:p>
      <w:pPr>
        <w:pStyle w:val="Heading2"/>
      </w:pPr>
      <w:r>
        <w:t>Website advice</w:t>
      </w:r>
    </w:p>
    <w:p>
      <w:r>
        <w:t>Provide reviewed contacts and clear limits; use private routes for recipient information or shipment documents.</w:t>
      </w:r>
    </w:p>
    <w:p>
      <w:r>
        <w:br w:type="page"/>
      </w:r>
    </w:p>
    <w:p>
      <w:pPr>
        <w:pStyle w:val="Title"/>
      </w:pPr>
      <w:r>
        <w:t>Your draft: Contact &amp; Shipment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service coverage, goods acceptance, capacity and terms. Do not imply live tracking, customs expertise, hazardous-goods capability or guaranteed delivery; keep recipient data and access details private.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Courier, Delivery, Logistics &amp; Warehousing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urier-delivery-logistics-warehous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Courier, Delivery, Logistics &amp; Warehousing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