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028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ffee-tea-ice-cream-shop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2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Coffee, tea and treat gathering planner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Coffee, tea or frozen-treat interests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group size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date and time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On-site visit or collection enquiry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Exact product ingredient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Serving format and quantity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Price, capacity and cancellation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Order confirmation and 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Coffee Shops, Tea Houses &amp; Ice Cream Shops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Willow Cup &amp; Scoop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offee-tea-ice-cream-sh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Coffee, tea and treat gathering planner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