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Car Washes &amp; Auto Detailing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Actual Website Builder edition: six unpublished demonstration pages with distinct photographs. The example enquiry form is disconnected and was not submitted.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Shine Wash &amp; Detail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2722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-washes-auto-detailing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272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wash or detail visit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1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of the unpublished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Choose the right kind of clean for your vehicle.</w:t>
      </w:r>
    </w:p>
    <w:p>
      <w:r>
        <w:t>Explore wash visits and assessed detailing.</w:t>
      </w:r>
    </w:p>
    <w:p>
      <w:r>
        <w:t>Confirm vehicle fit, service scope and timing with the team before you visit.</w:t>
      </w:r>
    </w:p>
    <w:p>
      <w:r>
        <w:t>Suggested button: Request a wash or detail visit</w:t>
      </w:r>
    </w:p>
    <w:p>
      <w:pPr>
        <w:pStyle w:val="Heading2"/>
      </w:pPr>
      <w:r>
        <w:t>Website advice</w:t>
      </w:r>
    </w:p>
    <w:p>
      <w:r>
        <w:t>Keep everyday wash visits separate from assessed detailing appointments, with vehicle questions, preparation and finish expectations reviewed by staff.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Wash Visits &amp; Vehicle Fit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1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of the unpublished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Wash Visits &amp; Vehicle Fit</w:t>
      </w:r>
    </w:p>
    <w:p>
      <w:r>
        <w:t>Ask which wash format is currently offered and whether your vehicle can use it.</w:t>
      </w:r>
    </w:p>
    <w:p>
      <w:r>
        <w:t>Roof accessories, exterior attachments or unusual dimensions should be discussed directly before entering a wash area.</w:t>
      </w:r>
    </w:p>
    <w:p>
      <w:r>
        <w:t>Suggested button: Ask about vehicle fit</w:t>
      </w:r>
    </w:p>
    <w:p>
      <w:pPr>
        <w:pStyle w:val="Heading2"/>
      </w:pPr>
      <w:r>
        <w:t>Website advice</w:t>
      </w:r>
    </w:p>
    <w:p>
      <w:r>
        <w:t>Explain available wash formats, entry arrangements and operator-confirmed restrictions without inventing dimensions.</w:t>
      </w:r>
    </w:p>
    <w:p>
      <w:r>
        <w:br w:type="page"/>
      </w:r>
    </w:p>
    <w:p>
      <w:pPr>
        <w:pStyle w:val="Title"/>
      </w:pPr>
      <w:r>
        <w:t>Your draft: Wash Visits &amp; Vehicle Fit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Interior &amp; Exterior Detailing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1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of the unpublished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Interior &amp; Exterior Detailing</w:t>
      </w:r>
    </w:p>
    <w:p>
      <w:r>
        <w:t>Tell the detail team which areas matter most, such as upholstery, cargo space or exterior appearance.</w:t>
      </w:r>
    </w:p>
    <w:p>
      <w:r>
        <w:t>They can discuss an assessment and realistic expectations. A service description does not guarantee that every mark or odour can be removed.</w:t>
      </w:r>
    </w:p>
    <w:p>
      <w:r>
        <w:t>Suggested button: Request a detail</w:t>
      </w:r>
    </w:p>
    <w:p>
      <w:pPr>
        <w:pStyle w:val="Heading2"/>
      </w:pPr>
      <w:r>
        <w:t>Website advice</w:t>
      </w:r>
    </w:p>
    <w:p>
      <w:r>
        <w:t>Separate interior cleaning, exterior detailing and any specialist finish services into staff-reviewed categories.</w:t>
      </w:r>
    </w:p>
    <w:p>
      <w:r>
        <w:br w:type="page"/>
      </w:r>
    </w:p>
    <w:p>
      <w:pPr>
        <w:pStyle w:val="Title"/>
      </w:pPr>
      <w:r>
        <w:t>Your draft: Interior &amp; Exterior Detailing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Fleet &amp; Repeat Visits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1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of the unpublished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Fleet &amp; Repeat Visits</w:t>
      </w:r>
    </w:p>
    <w:p>
      <w:r>
        <w:t>Prepare a vehicle count and the types of vehicles involved.</w:t>
      </w:r>
    </w:p>
    <w:p>
      <w:r>
        <w:t>The team can discuss visit coordination, contact arrangements and whether a recurring plan is available. A request does not open an account or create a standing appointment.</w:t>
      </w:r>
    </w:p>
    <w:p>
      <w:r>
        <w:t>Suggested button: Discuss fleet visits</w:t>
      </w:r>
    </w:p>
    <w:p>
      <w:pPr>
        <w:pStyle w:val="Heading2"/>
      </w:pPr>
      <w:r>
        <w:t>Website advice</w:t>
      </w:r>
    </w:p>
    <w:p>
      <w:r>
        <w:t>Provide a distinct route for small business fleets, regular visits and coordination questions.</w:t>
      </w:r>
    </w:p>
    <w:p>
      <w:r>
        <w:br w:type="page"/>
      </w:r>
    </w:p>
    <w:p>
      <w:pPr>
        <w:pStyle w:val="Title"/>
      </w:pPr>
      <w:r>
        <w:t>Your draft: Fleet &amp; Repeat Visits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Getting Ready for a Detail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1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of the unpublished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Getting Ready for a Detail</w:t>
      </w:r>
    </w:p>
    <w:p>
      <w:r>
        <w:t>Before a confirmed visit, ask what the shop wants removed from the vehicle and where to leave keys using its approved process.</w:t>
      </w:r>
    </w:p>
    <w:p>
      <w:r>
        <w:t>Confirm drop-off, collection and access arrangements so the team understands your priorities on arrival.</w:t>
      </w:r>
    </w:p>
    <w:p>
      <w:r>
        <w:t>Suggested button: Ask a preparation question</w:t>
      </w:r>
    </w:p>
    <w:p>
      <w:pPr>
        <w:pStyle w:val="Heading2"/>
      </w:pPr>
      <w:r>
        <w:t>Website advice</w:t>
      </w:r>
    </w:p>
    <w:p>
      <w:r>
        <w:t>Publish only staff-approved arrival and personal-item guidance, keeping preparation separate from technical vehicle care.</w:t>
      </w:r>
    </w:p>
    <w:p>
      <w:r>
        <w:br w:type="page"/>
      </w:r>
    </w:p>
    <w:p>
      <w:pPr>
        <w:pStyle w:val="Title"/>
      </w:pPr>
      <w:r>
        <w:t>Your draft: Getting Ready for a Detail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Request &amp; Confirm an Appointment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1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of the unpublished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Request &amp; Confirm an Appointment</w:t>
      </w:r>
    </w:p>
    <w:p>
      <w:r>
        <w:t>Share the vehicle type, service interest and preferred timing without including a registration number.</w:t>
      </w:r>
    </w:p>
    <w:p>
      <w:r>
        <w:t>Staff reviews the request and confirms the service scope, estimate and collection expectations directly before your appointment is considered booked.</w:t>
      </w:r>
    </w:p>
    <w:p>
      <w:r>
        <w:t>Suggested button: Demo enquiry form</w:t>
      </w:r>
    </w:p>
    <w:p>
      <w:pPr>
        <w:pStyle w:val="Heading2"/>
      </w:pPr>
      <w:r>
        <w:t>Website advice</w:t>
      </w:r>
    </w:p>
    <w:p>
      <w:r>
        <w:t>Distinguish a general request from a confirmed booking and provide specific questions about vehicle condition and timing.</w:t>
      </w:r>
    </w:p>
    <w:p>
      <w:r>
        <w:br w:type="page"/>
      </w:r>
    </w:p>
    <w:p>
      <w:pPr>
        <w:pStyle w:val="Title"/>
      </w:pPr>
      <w:r>
        <w:t>Your draft: Request &amp; Confirm an Appointment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Confirm the form destination and delivery process before using it for real enquiries.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packages, vehicle restrictions, finish suitability, prices and operating hours. Do not promise stain removal, paint correction results, protection duration or suitability for every vehicle.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Car Washes &amp; Auto Detailing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r-washes-auto-detai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Washes &amp; Auto Detailing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