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5065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-washes-auto-detail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06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Vehicle detailing priorities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Vehicle type and approximate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Wash or detailing service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Interior areas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Exterior concerns for staff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Accessories or unusual features to flag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drop-off and collection window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 and expectations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appointment details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Car Washes &amp; Auto Detailing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Shine Wash &amp; Detail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ar-washes-auto-detai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detailing priorities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