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7680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horizon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68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Vehicle viewing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Vehicle reference and visit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Features that matter to the shopper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Condition and history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Documents and disclosures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Price breakdown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Viewing observations and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step and contact preference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Details verified with staff and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Car Dealerships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Horizon Motors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ar-dealershi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viewing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